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809C" w14:textId="77777777" w:rsidR="00A02F3F" w:rsidRDefault="00000000">
      <w:pPr>
        <w:jc w:val="center"/>
        <w:rPr>
          <w:b/>
          <w:sz w:val="40"/>
          <w:lang w:val="da-DK"/>
        </w:rPr>
      </w:pPr>
      <w:r w:rsidRPr="00A02F3F">
        <w:rPr>
          <w:b/>
          <w:sz w:val="40"/>
          <w:lang w:val="da-DK"/>
        </w:rPr>
        <w:t>TANGE SØ FESTIVAL</w:t>
      </w:r>
    </w:p>
    <w:p w14:paraId="129A2CF1" w14:textId="741C9A37" w:rsidR="001F0862" w:rsidRPr="00A02F3F" w:rsidRDefault="00A02F3F">
      <w:pPr>
        <w:jc w:val="center"/>
        <w:rPr>
          <w:lang w:val="da-DK"/>
        </w:rPr>
      </w:pPr>
      <w:r>
        <w:rPr>
          <w:b/>
          <w:sz w:val="30"/>
          <w:lang w:val="da-DK"/>
        </w:rPr>
        <w:t>Ansøg om støtte fra overskuddet fra årets festival</w:t>
      </w:r>
    </w:p>
    <w:p w14:paraId="7D8BE960" w14:textId="07AC4DF5" w:rsidR="001F0862" w:rsidRPr="00A02F3F" w:rsidRDefault="00000000">
      <w:pPr>
        <w:rPr>
          <w:b/>
          <w:bCs/>
          <w:lang w:val="da-DK"/>
        </w:rPr>
      </w:pPr>
      <w:r w:rsidRPr="00A02F3F">
        <w:rPr>
          <w:b/>
          <w:bCs/>
          <w:lang w:val="da-DK"/>
        </w:rPr>
        <w:t xml:space="preserve">Tange Sø Festival er en almennyttig forening, som udlodder </w:t>
      </w:r>
      <w:r w:rsidR="00A02F3F" w:rsidRPr="00A02F3F">
        <w:rPr>
          <w:b/>
          <w:bCs/>
          <w:lang w:val="da-DK"/>
        </w:rPr>
        <w:t xml:space="preserve">festivalens </w:t>
      </w:r>
      <w:r w:rsidRPr="00A02F3F">
        <w:rPr>
          <w:b/>
          <w:bCs/>
          <w:lang w:val="da-DK"/>
        </w:rPr>
        <w:t xml:space="preserve">overskud til almennyttige formål og det lokale foreningsliv. </w:t>
      </w:r>
    </w:p>
    <w:p w14:paraId="73C9E8A8" w14:textId="65EA4802" w:rsidR="00A02F3F" w:rsidRDefault="00A02F3F" w:rsidP="00A02F3F">
      <w:pPr>
        <w:pStyle w:val="Overskrift1"/>
        <w:rPr>
          <w:lang w:val="da-DK"/>
        </w:rPr>
      </w:pPr>
      <w:r w:rsidRPr="00A02F3F">
        <w:rPr>
          <w:lang w:val="da-DK"/>
        </w:rPr>
        <w:t>Inden du ansøger, læs f</w:t>
      </w:r>
      <w:r>
        <w:rPr>
          <w:lang w:val="da-DK"/>
        </w:rPr>
        <w:t>ølgende:</w:t>
      </w:r>
    </w:p>
    <w:p w14:paraId="23EF766F" w14:textId="0C5DBE0A" w:rsidR="00A02F3F" w:rsidRPr="00A02F3F" w:rsidRDefault="00A02F3F" w:rsidP="00A02F3F">
      <w:pPr>
        <w:pStyle w:val="Opstilling-punkttegn"/>
        <w:rPr>
          <w:b/>
          <w:bCs/>
          <w:lang w:val="da-DK"/>
        </w:rPr>
      </w:pPr>
      <w:r w:rsidRPr="00A02F3F">
        <w:rPr>
          <w:b/>
          <w:bCs/>
          <w:lang w:val="da-DK"/>
        </w:rPr>
        <w:t>Der kan maksimalt ansøges om 50.000 kr.</w:t>
      </w:r>
    </w:p>
    <w:p w14:paraId="349F4E7A" w14:textId="77777777" w:rsidR="00A02F3F" w:rsidRPr="00A02F3F" w:rsidRDefault="00A02F3F" w:rsidP="00A02F3F">
      <w:pPr>
        <w:pStyle w:val="Opstilling-punkttegn"/>
        <w:rPr>
          <w:b/>
          <w:bCs/>
          <w:lang w:val="da-DK"/>
        </w:rPr>
      </w:pPr>
      <w:r w:rsidRPr="00A02F3F">
        <w:rPr>
          <w:b/>
          <w:bCs/>
          <w:lang w:val="da-DK"/>
        </w:rPr>
        <w:t>Projektet skal kunne realiseres inden for 12 måneder.</w:t>
      </w:r>
    </w:p>
    <w:p w14:paraId="5E92631A" w14:textId="77777777" w:rsidR="00A02F3F" w:rsidRDefault="00A02F3F" w:rsidP="00A02F3F">
      <w:pPr>
        <w:pStyle w:val="Opstilling-punkttegn"/>
        <w:rPr>
          <w:b/>
          <w:bCs/>
          <w:lang w:val="da-DK"/>
        </w:rPr>
      </w:pPr>
      <w:r w:rsidRPr="00A02F3F">
        <w:rPr>
          <w:b/>
          <w:bCs/>
          <w:lang w:val="da-DK"/>
        </w:rPr>
        <w:t>Der er forventning om at beløbsmodtagerne deltager i mindre arrangement torsdag 26. november.</w:t>
      </w:r>
    </w:p>
    <w:p w14:paraId="76CA3838" w14:textId="77777777" w:rsidR="00B910DB" w:rsidRPr="00A02F3F" w:rsidRDefault="00B910DB" w:rsidP="00B910DB">
      <w:pPr>
        <w:pStyle w:val="Opstilling-punkttegn"/>
        <w:rPr>
          <w:b/>
          <w:bCs/>
          <w:lang w:val="da-DK"/>
        </w:rPr>
      </w:pPr>
      <w:r w:rsidRPr="00A02F3F">
        <w:rPr>
          <w:b/>
          <w:bCs/>
          <w:lang w:val="da-DK"/>
        </w:rPr>
        <w:t>Ansøgningsfrist tirsdag 19. oktober 2026</w:t>
      </w:r>
      <w:r>
        <w:rPr>
          <w:b/>
          <w:bCs/>
          <w:lang w:val="da-DK"/>
        </w:rPr>
        <w:t xml:space="preserve">. </w:t>
      </w:r>
    </w:p>
    <w:p w14:paraId="2E0AB49A" w14:textId="0FC77370" w:rsidR="00B910DB" w:rsidRPr="00A02F3F" w:rsidRDefault="00B910DB" w:rsidP="00A02F3F">
      <w:pPr>
        <w:pStyle w:val="Opstilling-punkttegn"/>
        <w:rPr>
          <w:b/>
          <w:bCs/>
          <w:lang w:val="da-DK"/>
        </w:rPr>
      </w:pPr>
      <w:r>
        <w:rPr>
          <w:b/>
          <w:bCs/>
          <w:lang w:val="da-DK"/>
        </w:rPr>
        <w:t xml:space="preserve">Ansøgning fremsendes til mail@tsfestival.dk </w:t>
      </w:r>
    </w:p>
    <w:p w14:paraId="6AC71DAA" w14:textId="77777777" w:rsidR="00A02F3F" w:rsidRDefault="00A02F3F">
      <w:pPr>
        <w:rPr>
          <w:lang w:val="da-DK"/>
        </w:rPr>
      </w:pPr>
    </w:p>
    <w:p w14:paraId="37B86D05" w14:textId="77777777" w:rsidR="00B910DB" w:rsidRPr="00A02F3F" w:rsidRDefault="00B910DB" w:rsidP="00B910DB">
      <w:pPr>
        <w:rPr>
          <w:lang w:val="da-DK"/>
        </w:rPr>
      </w:pPr>
      <w:r w:rsidRPr="00A02F3F">
        <w:rPr>
          <w:lang w:val="da-DK"/>
        </w:rPr>
        <w:t>Læs mere om udlodningen og kriterierne på tssfestival.dk/udlodning/</w:t>
      </w:r>
    </w:p>
    <w:p w14:paraId="297990E5" w14:textId="77777777" w:rsidR="00B910DB" w:rsidRPr="00A02F3F" w:rsidRDefault="00B910DB">
      <w:pPr>
        <w:rPr>
          <w:lang w:val="da-DK"/>
        </w:rPr>
      </w:pPr>
    </w:p>
    <w:p w14:paraId="7B84F4AB" w14:textId="77777777" w:rsidR="001F0862" w:rsidRPr="00A02F3F" w:rsidRDefault="00000000">
      <w:pPr>
        <w:pStyle w:val="Overskrift1"/>
        <w:rPr>
          <w:lang w:val="da-DK"/>
        </w:rPr>
      </w:pPr>
      <w:r w:rsidRPr="00A02F3F">
        <w:rPr>
          <w:lang w:val="da-DK"/>
        </w:rPr>
        <w:t>1. Oplysninger om foreningen</w:t>
      </w:r>
    </w:p>
    <w:p w14:paraId="36AB3A6F" w14:textId="4760A0B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Foreningens navn:</w:t>
      </w:r>
      <w:r w:rsidR="00A02F3F" w:rsidRPr="00A02F3F">
        <w:rPr>
          <w:b/>
          <w:lang w:val="da-DK"/>
        </w:rPr>
        <w:t xml:space="preserve"> 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61ED86F8" w14:textId="7777777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Adresse: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705FBF58" w14:textId="7777777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Postnummer og by: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243C7859" w14:textId="7777777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Kontaktperson: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3EE1BF08" w14:textId="7777777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Telefon: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756A616E" w14:textId="7777777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E-mail: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0D28BCC3" w14:textId="7777777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CVR-nummer (hvis relevant):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6EDE4BCB" w14:textId="77777777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>Antal medlemmer: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610EAB79" w14:textId="77777777" w:rsidR="001F0862" w:rsidRDefault="00000000">
      <w:pPr>
        <w:rPr>
          <w:lang w:val="da-DK"/>
        </w:rPr>
      </w:pPr>
      <w:r w:rsidRPr="00A02F3F">
        <w:rPr>
          <w:b/>
          <w:lang w:val="da-DK"/>
        </w:rPr>
        <w:t>Antal frivillige:</w:t>
      </w:r>
      <w:r w:rsidRPr="00A02F3F">
        <w:rPr>
          <w:lang w:val="da-DK"/>
        </w:rPr>
        <w:br/>
        <w:t>__________________________________________________________________________________________</w:t>
      </w:r>
    </w:p>
    <w:p w14:paraId="0AD51D33" w14:textId="77777777" w:rsidR="001F0862" w:rsidRPr="00A02F3F" w:rsidRDefault="00000000">
      <w:pPr>
        <w:pStyle w:val="Overskrift1"/>
        <w:rPr>
          <w:lang w:val="da-DK"/>
        </w:rPr>
      </w:pPr>
      <w:r w:rsidRPr="00A02F3F">
        <w:rPr>
          <w:lang w:val="da-DK"/>
        </w:rPr>
        <w:lastRenderedPageBreak/>
        <w:t>2. Om foreningen</w:t>
      </w:r>
    </w:p>
    <w:p w14:paraId="2CCDD1A5" w14:textId="2C0F95B0" w:rsidR="001F0862" w:rsidRPr="00A02F3F" w:rsidRDefault="00000000">
      <w:pPr>
        <w:rPr>
          <w:lang w:val="da-DK"/>
        </w:rPr>
      </w:pPr>
      <w:r w:rsidRPr="00A02F3F">
        <w:rPr>
          <w:lang w:val="da-DK"/>
        </w:rPr>
        <w:t xml:space="preserve">Beskriv kort foreningens </w:t>
      </w:r>
      <w:r w:rsidR="00B910DB">
        <w:rPr>
          <w:lang w:val="da-DK"/>
        </w:rPr>
        <w:t>formål</w:t>
      </w:r>
      <w:r w:rsidRPr="00A02F3F">
        <w:rPr>
          <w:lang w:val="da-DK"/>
        </w:rPr>
        <w:t xml:space="preserve"> og aktiviteter.</w:t>
      </w:r>
    </w:p>
    <w:p w14:paraId="6EF06F8B" w14:textId="7756A02D" w:rsidR="001F0862" w:rsidRPr="00A02F3F" w:rsidRDefault="001F0862">
      <w:pPr>
        <w:rPr>
          <w:lang w:val="da-DK"/>
        </w:rPr>
      </w:pPr>
    </w:p>
    <w:p w14:paraId="18F42813" w14:textId="77777777" w:rsidR="001F0862" w:rsidRPr="00A02F3F" w:rsidRDefault="00000000">
      <w:pPr>
        <w:pStyle w:val="Overskrift1"/>
        <w:rPr>
          <w:lang w:val="da-DK"/>
        </w:rPr>
      </w:pPr>
      <w:r w:rsidRPr="00A02F3F">
        <w:rPr>
          <w:lang w:val="da-DK"/>
        </w:rPr>
        <w:t>3. Hvad søges der støtte til?</w:t>
      </w:r>
    </w:p>
    <w:p w14:paraId="69B22F0D" w14:textId="77777777" w:rsidR="001F0862" w:rsidRPr="00A02F3F" w:rsidRDefault="00000000">
      <w:pPr>
        <w:rPr>
          <w:lang w:val="da-DK"/>
        </w:rPr>
      </w:pPr>
      <w:r w:rsidRPr="00A02F3F">
        <w:rPr>
          <w:lang w:val="da-DK"/>
        </w:rPr>
        <w:t>Beskriv projektet eller aktiviteten, hvad støtten konkret skal bruges til, og hvem der får glæde af den.</w:t>
      </w:r>
    </w:p>
    <w:p w14:paraId="26A5E061" w14:textId="6B7DBA6B" w:rsidR="00B910DB" w:rsidRPr="00A02F3F" w:rsidRDefault="00000000" w:rsidP="00B910DB">
      <w:pPr>
        <w:pStyle w:val="Overskrift1"/>
        <w:rPr>
          <w:lang w:val="da-DK"/>
        </w:rPr>
      </w:pPr>
      <w:r w:rsidRPr="00A02F3F">
        <w:rPr>
          <w:lang w:val="da-DK"/>
        </w:rPr>
        <w:br/>
      </w:r>
      <w:r w:rsidR="00B910DB">
        <w:rPr>
          <w:lang w:val="da-DK"/>
        </w:rPr>
        <w:t>4</w:t>
      </w:r>
      <w:r w:rsidR="00B910DB" w:rsidRPr="00A02F3F">
        <w:rPr>
          <w:lang w:val="da-DK"/>
        </w:rPr>
        <w:t>. Hvad søges der støtte til?</w:t>
      </w:r>
    </w:p>
    <w:p w14:paraId="74A5F1C0" w14:textId="0442EAC9" w:rsidR="001F0862" w:rsidRDefault="00000000">
      <w:pPr>
        <w:rPr>
          <w:lang w:val="da-DK"/>
        </w:rPr>
      </w:pPr>
      <w:r w:rsidRPr="00A02F3F">
        <w:rPr>
          <w:lang w:val="da-DK"/>
        </w:rPr>
        <w:t>Beskriv kort, hvordan projektet bidrager til fællesskab, børn og unge, idræt, kultur eller på anden måde gør en forskel i lokalområdet.</w:t>
      </w:r>
    </w:p>
    <w:p w14:paraId="29AD233E" w14:textId="77777777" w:rsidR="00A02F3F" w:rsidRPr="00A02F3F" w:rsidRDefault="00A02F3F">
      <w:pPr>
        <w:rPr>
          <w:lang w:val="da-DK"/>
        </w:rPr>
      </w:pPr>
    </w:p>
    <w:p w14:paraId="15998364" w14:textId="77777777" w:rsidR="001F0862" w:rsidRPr="00A02F3F" w:rsidRDefault="00000000">
      <w:pPr>
        <w:pStyle w:val="Overskrift1"/>
        <w:rPr>
          <w:lang w:val="da-DK"/>
        </w:rPr>
      </w:pPr>
      <w:r w:rsidRPr="00A02F3F">
        <w:rPr>
          <w:lang w:val="da-DK"/>
        </w:rPr>
        <w:t>5. Tidsplan</w:t>
      </w:r>
    </w:p>
    <w:p w14:paraId="563DB3D8" w14:textId="61657190" w:rsidR="00A02F3F" w:rsidRDefault="00000000" w:rsidP="00A02F3F">
      <w:pPr>
        <w:rPr>
          <w:lang w:val="da-DK"/>
        </w:rPr>
      </w:pPr>
      <w:r w:rsidRPr="00A02F3F">
        <w:rPr>
          <w:lang w:val="da-DK"/>
        </w:rPr>
        <w:t>Projektet skal kunne realiseres inden for 12 måneder.</w:t>
      </w:r>
      <w:r w:rsidR="00A02F3F">
        <w:rPr>
          <w:lang w:val="da-DK"/>
        </w:rPr>
        <w:t xml:space="preserve"> Beskriv herunder k</w:t>
      </w:r>
      <w:r w:rsidRPr="00A02F3F">
        <w:rPr>
          <w:lang w:val="da-DK"/>
        </w:rPr>
        <w:t>ort tidsplan</w:t>
      </w:r>
    </w:p>
    <w:p w14:paraId="41CFB840" w14:textId="77777777" w:rsidR="00A02F3F" w:rsidRDefault="00A02F3F" w:rsidP="00A02F3F">
      <w:pPr>
        <w:rPr>
          <w:lang w:val="da-DK"/>
        </w:rPr>
      </w:pPr>
    </w:p>
    <w:p w14:paraId="717508AA" w14:textId="55F940F4" w:rsidR="001F0862" w:rsidRDefault="00A02F3F" w:rsidP="00A02F3F">
      <w:pPr>
        <w:pStyle w:val="Overskrift1"/>
        <w:rPr>
          <w:lang w:val="da-DK"/>
        </w:rPr>
      </w:pPr>
      <w:r>
        <w:rPr>
          <w:lang w:val="da-DK"/>
        </w:rPr>
        <w:t>6</w:t>
      </w:r>
      <w:r w:rsidR="00000000" w:rsidRPr="00A02F3F">
        <w:rPr>
          <w:lang w:val="da-DK"/>
        </w:rPr>
        <w:t>. Ansøgt beløb</w:t>
      </w:r>
    </w:p>
    <w:p w14:paraId="0868647D" w14:textId="77777777" w:rsidR="00A02F3F" w:rsidRPr="00A02F3F" w:rsidRDefault="00A02F3F" w:rsidP="00A02F3F">
      <w:pPr>
        <w:rPr>
          <w:lang w:val="da-DK"/>
        </w:rPr>
      </w:pPr>
      <w:r w:rsidRPr="00A02F3F">
        <w:rPr>
          <w:lang w:val="da-DK"/>
        </w:rPr>
        <w:t>Der kan maksimalt ansøges o</w:t>
      </w:r>
      <w:r>
        <w:rPr>
          <w:lang w:val="da-DK"/>
        </w:rPr>
        <w:t>m 50.000 kr. fra Tange Sø Festival</w:t>
      </w:r>
    </w:p>
    <w:p w14:paraId="31DA6449" w14:textId="5B05E915" w:rsidR="001F0862" w:rsidRPr="00A02F3F" w:rsidRDefault="00000000">
      <w:pPr>
        <w:rPr>
          <w:lang w:val="da-DK"/>
        </w:rPr>
      </w:pPr>
      <w:r w:rsidRPr="00A02F3F">
        <w:rPr>
          <w:b/>
          <w:lang w:val="da-DK"/>
        </w:rPr>
        <w:t xml:space="preserve">Der </w:t>
      </w:r>
      <w:r w:rsidR="00B910DB">
        <w:rPr>
          <w:b/>
          <w:lang w:val="da-DK"/>
        </w:rPr>
        <w:t>an</w:t>
      </w:r>
      <w:r w:rsidRPr="00A02F3F">
        <w:rPr>
          <w:b/>
          <w:lang w:val="da-DK"/>
        </w:rPr>
        <w:t xml:space="preserve">søges om: </w:t>
      </w:r>
    </w:p>
    <w:p w14:paraId="2246082F" w14:textId="46DBB281" w:rsidR="001F0862" w:rsidRDefault="00000000">
      <w:pPr>
        <w:rPr>
          <w:lang w:val="da-DK"/>
        </w:rPr>
      </w:pPr>
      <w:r w:rsidRPr="00A02F3F">
        <w:rPr>
          <w:lang w:val="da-DK"/>
        </w:rPr>
        <w:t>Oplys om projektet har anden medfinansiering, egenbetaling eller støtte fra andre</w:t>
      </w:r>
      <w:r w:rsidR="00A02F3F">
        <w:rPr>
          <w:lang w:val="da-DK"/>
        </w:rPr>
        <w:t xml:space="preserve"> i punkt 7</w:t>
      </w:r>
      <w:r w:rsidRPr="00A02F3F">
        <w:rPr>
          <w:lang w:val="da-DK"/>
        </w:rPr>
        <w:t>.</w:t>
      </w:r>
    </w:p>
    <w:p w14:paraId="73333B5E" w14:textId="77777777" w:rsidR="00A02F3F" w:rsidRDefault="00A02F3F">
      <w:pPr>
        <w:rPr>
          <w:lang w:val="da-DK"/>
        </w:rPr>
      </w:pPr>
    </w:p>
    <w:p w14:paraId="433366FB" w14:textId="045ACD88" w:rsidR="00A02F3F" w:rsidRDefault="00A02F3F" w:rsidP="00A02F3F">
      <w:pPr>
        <w:pStyle w:val="Overskrift1"/>
      </w:pPr>
      <w:r>
        <w:t>7</w:t>
      </w:r>
      <w:r>
        <w:t xml:space="preserve">. Budget og </w:t>
      </w:r>
      <w:proofErr w:type="spellStart"/>
      <w:r>
        <w:t>finansiering</w:t>
      </w:r>
      <w:proofErr w:type="spellEnd"/>
    </w:p>
    <w:p w14:paraId="4074281B" w14:textId="77777777" w:rsidR="00A02F3F" w:rsidRDefault="00A02F3F">
      <w:pPr>
        <w:rPr>
          <w:lang w:val="da-DK"/>
        </w:rPr>
      </w:pPr>
    </w:p>
    <w:p w14:paraId="03C4847E" w14:textId="77777777" w:rsidR="00B910DB" w:rsidRDefault="00B910DB">
      <w:pPr>
        <w:rPr>
          <w:lang w:val="da-DK"/>
        </w:rPr>
      </w:pPr>
    </w:p>
    <w:p w14:paraId="3F66D9F1" w14:textId="77777777" w:rsidR="00B910DB" w:rsidRPr="00A02F3F" w:rsidRDefault="00B910DB">
      <w:pPr>
        <w:rPr>
          <w:lang w:val="da-DK"/>
        </w:rPr>
      </w:pPr>
    </w:p>
    <w:p w14:paraId="73B4A75F" w14:textId="77777777" w:rsidR="001F0862" w:rsidRPr="00B910DB" w:rsidRDefault="00000000">
      <w:pPr>
        <w:pStyle w:val="Overskrift1"/>
        <w:rPr>
          <w:lang w:val="da-DK"/>
        </w:rPr>
      </w:pPr>
      <w:r w:rsidRPr="00B910DB">
        <w:rPr>
          <w:lang w:val="da-DK"/>
        </w:rPr>
        <w:t>8. Bilag</w:t>
      </w:r>
    </w:p>
    <w:p w14:paraId="7485DF78" w14:textId="7D995630" w:rsidR="001F0862" w:rsidRPr="00B910DB" w:rsidRDefault="00A02F3F" w:rsidP="00A02F3F">
      <w:pPr>
        <w:pStyle w:val="Opstilling-punkttegn"/>
        <w:numPr>
          <w:ilvl w:val="0"/>
          <w:numId w:val="0"/>
        </w:numPr>
        <w:ind w:left="360" w:hanging="360"/>
        <w:rPr>
          <w:lang w:val="da-DK"/>
        </w:rPr>
      </w:pPr>
      <w:r w:rsidRPr="00B910DB">
        <w:rPr>
          <w:lang w:val="da-DK"/>
        </w:rPr>
        <w:t>Vedlæg evt. relevante bilag</w:t>
      </w:r>
    </w:p>
    <w:sectPr w:rsidR="001F0862" w:rsidRPr="00B910DB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E66784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FB60989"/>
    <w:multiLevelType w:val="hybridMultilevel"/>
    <w:tmpl w:val="083EA9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152416">
    <w:abstractNumId w:val="8"/>
  </w:num>
  <w:num w:numId="2" w16cid:durableId="342628386">
    <w:abstractNumId w:val="6"/>
  </w:num>
  <w:num w:numId="3" w16cid:durableId="398947199">
    <w:abstractNumId w:val="5"/>
  </w:num>
  <w:num w:numId="4" w16cid:durableId="793014389">
    <w:abstractNumId w:val="4"/>
  </w:num>
  <w:num w:numId="5" w16cid:durableId="1688409323">
    <w:abstractNumId w:val="7"/>
  </w:num>
  <w:num w:numId="6" w16cid:durableId="180902476">
    <w:abstractNumId w:val="3"/>
  </w:num>
  <w:num w:numId="7" w16cid:durableId="822743300">
    <w:abstractNumId w:val="2"/>
  </w:num>
  <w:num w:numId="8" w16cid:durableId="990208190">
    <w:abstractNumId w:val="1"/>
  </w:num>
  <w:num w:numId="9" w16cid:durableId="1551575085">
    <w:abstractNumId w:val="0"/>
  </w:num>
  <w:num w:numId="10" w16cid:durableId="16652796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862"/>
    <w:rsid w:val="0029639D"/>
    <w:rsid w:val="00326F90"/>
    <w:rsid w:val="009B1BF9"/>
    <w:rsid w:val="00A02F3F"/>
    <w:rsid w:val="00AA1D8D"/>
    <w:rsid w:val="00B47730"/>
    <w:rsid w:val="00B910D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34FBC3"/>
  <w14:defaultImageDpi w14:val="300"/>
  <w15:docId w15:val="{D30D39AF-6BB9-459A-AEFA-47CC975A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B910DB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91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Mads Frandsen</cp:lastModifiedBy>
  <cp:revision>2</cp:revision>
  <dcterms:created xsi:type="dcterms:W3CDTF">2026-09-16T11:57:00Z</dcterms:created>
  <dcterms:modified xsi:type="dcterms:W3CDTF">2026-09-16T11:57:00Z</dcterms:modified>
  <cp:category/>
</cp:coreProperties>
</file>